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Change Order</w:t>
      </w:r>
    </w:p>
    <w:p>
      <w:r>
        <w:t>[Your Company Name] · [Address] · [Phone] · [Email]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Change order #</w:t>
            </w:r>
          </w:p>
        </w:tc>
        <w:tc>
          <w:tcPr>
            <w:tcW w:type="dxa" w:w="2880"/>
          </w:tcPr>
          <w:p>
            <w:r>
              <w:t>Date</w:t>
            </w:r>
          </w:p>
        </w:tc>
        <w:tc>
          <w:tcPr>
            <w:tcW w:type="dxa" w:w="2880"/>
          </w:tcPr>
          <w:p>
            <w:r>
              <w:t>Contract / PO #</w:t>
            </w:r>
          </w:p>
        </w:tc>
      </w:tr>
      <w:tr>
        <w:tc>
          <w:tcPr>
            <w:tcW w:type="dxa" w:w="2880"/>
          </w:tcPr>
          <w:p>
            <w:r>
              <w:t>[CO-001]</w:t>
            </w:r>
          </w:p>
        </w:tc>
        <w:tc>
          <w:tcPr>
            <w:tcW w:type="dxa" w:w="2880"/>
          </w:tcPr>
          <w:p>
            <w:r>
              <w:t>[Date]</w:t>
            </w:r>
          </w:p>
        </w:tc>
        <w:tc>
          <w:tcPr>
            <w:tcW w:type="dxa" w:w="2880"/>
          </w:tcPr>
          <w:p>
            <w:r>
              <w:t>[Number]</w:t>
            </w:r>
          </w:p>
        </w:tc>
      </w:tr>
    </w:tbl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Project</w:t>
            </w:r>
          </w:p>
        </w:tc>
        <w:tc>
          <w:tcPr>
            <w:tcW w:type="dxa" w:w="2880"/>
          </w:tcPr>
          <w:p>
            <w:r>
              <w:t>Owner / GC</w:t>
            </w:r>
          </w:p>
        </w:tc>
        <w:tc>
          <w:tcPr>
            <w:tcW w:type="dxa" w:w="2880"/>
          </w:tcPr>
          <w:p>
            <w:r>
              <w:t>Location</w:t>
            </w:r>
          </w:p>
        </w:tc>
      </w:tr>
      <w:tr>
        <w:tc>
          <w:tcPr>
            <w:tcW w:type="dxa" w:w="2880"/>
          </w:tcPr>
          <w:p>
            <w:r>
              <w:t>[Project]</w:t>
            </w:r>
          </w:p>
        </w:tc>
        <w:tc>
          <w:tcPr>
            <w:tcW w:type="dxa" w:w="2880"/>
          </w:tcPr>
          <w:p>
            <w:r>
              <w:t>[Name]</w:t>
            </w:r>
          </w:p>
        </w:tc>
        <w:tc>
          <w:tcPr>
            <w:tcW w:type="dxa" w:w="2880"/>
          </w:tcPr>
          <w:p>
            <w:r>
              <w:t>[Address]</w:t>
            </w:r>
          </w:p>
        </w:tc>
      </w:tr>
    </w:tbl>
    <w:p>
      <w:pPr>
        <w:pStyle w:val="Heading2"/>
      </w:pPr>
      <w:r>
        <w:t>Reason for change</w:t>
      </w:r>
    </w:p>
    <w:p>
      <w:r>
        <w:t>[Owner request / design change / unforeseen condition / RFI response # / ASI #]</w:t>
      </w:r>
    </w:p>
    <w:p>
      <w:pPr>
        <w:pStyle w:val="Heading2"/>
      </w:pPr>
      <w:r>
        <w:t>Description of change</w:t>
      </w:r>
    </w:p>
    <w:p>
      <w:r>
        <w:t>[What changes, where, and which drawings or spec sections are affected]</w:t>
      </w:r>
    </w:p>
    <w:p>
      <w:pPr>
        <w:pStyle w:val="Heading2"/>
      </w:pPr>
      <w:r>
        <w:t>Cost breakdown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cost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Labor</w:t>
            </w:r>
          </w:p>
        </w:tc>
        <w:tc>
          <w:tcPr>
            <w:tcW w:type="dxa" w:w="1728"/>
          </w:tcPr>
          <w:p>
            <w:r>
              <w:t>[hrs]</w:t>
            </w:r>
          </w:p>
        </w:tc>
        <w:tc>
          <w:tcPr>
            <w:tcW w:type="dxa" w:w="1728"/>
          </w:tcPr>
          <w:p>
            <w:r>
              <w:t>HR</w:t>
            </w:r>
          </w:p>
        </w:tc>
        <w:tc>
          <w:tcPr>
            <w:tcW w:type="dxa" w:w="1728"/>
          </w:tcPr>
          <w:p>
            <w:r>
              <w:t>$[ ]</w:t>
            </w:r>
          </w:p>
        </w:tc>
        <w:tc>
          <w:tcPr>
            <w:tcW w:type="dxa" w:w="1728"/>
          </w:tcPr>
          <w:p>
            <w:r>
              <w:t>$[ ]</w:t>
            </w:r>
          </w:p>
        </w:tc>
      </w:tr>
      <w:tr>
        <w:tc>
          <w:tcPr>
            <w:tcW w:type="dxa" w:w="1728"/>
          </w:tcPr>
          <w:p>
            <w:r>
              <w:t>Material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$[ ]</w:t>
            </w:r>
          </w:p>
        </w:tc>
      </w:tr>
      <w:tr>
        <w:tc>
          <w:tcPr>
            <w:tcW w:type="dxa" w:w="1728"/>
          </w:tcPr>
          <w:p>
            <w:r>
              <w:t>Equipment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$[ ]</w:t>
            </w:r>
          </w:p>
        </w:tc>
      </w:tr>
      <w:tr>
        <w:tc>
          <w:tcPr>
            <w:tcW w:type="dxa" w:w="1728"/>
          </w:tcPr>
          <w:p>
            <w:r>
              <w:t>Subcontract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$[ ]</w:t>
            </w:r>
          </w:p>
        </w:tc>
      </w:tr>
      <w:tr>
        <w:tc>
          <w:tcPr>
            <w:tcW w:type="dxa" w:w="1728"/>
          </w:tcPr>
          <w:p>
            <w:r>
              <w:t>Overhead &amp; profit ([ ]%)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$[ ]</w:t>
            </w:r>
          </w:p>
        </w:tc>
      </w:tr>
      <w:tr>
        <w:tc>
          <w:tcPr>
            <w:tcW w:type="dxa" w:w="1728"/>
          </w:tcPr>
          <w:p>
            <w:r>
              <w:t>TOTAL THIS CHANGE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$[ ]</w:t>
            </w:r>
          </w:p>
        </w:tc>
      </w:tr>
    </w:tbl>
    <w:p>
      <w:pPr>
        <w:pStyle w:val="Heading2"/>
      </w:pPr>
      <w:r>
        <w:t>Contract summary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Original contract</w:t>
            </w:r>
          </w:p>
        </w:tc>
        <w:tc>
          <w:tcPr>
            <w:tcW w:type="dxa" w:w="2160"/>
          </w:tcPr>
          <w:p>
            <w:r>
              <w:t>Previous changes</w:t>
            </w:r>
          </w:p>
        </w:tc>
        <w:tc>
          <w:tcPr>
            <w:tcW w:type="dxa" w:w="2160"/>
          </w:tcPr>
          <w:p>
            <w:r>
              <w:t>This change</w:t>
            </w:r>
          </w:p>
        </w:tc>
        <w:tc>
          <w:tcPr>
            <w:tcW w:type="dxa" w:w="2160"/>
          </w:tcPr>
          <w:p>
            <w:r>
              <w:t>Revised contract</w:t>
            </w:r>
          </w:p>
        </w:tc>
      </w:tr>
      <w:tr>
        <w:tc>
          <w:tcPr>
            <w:tcW w:type="dxa" w:w="2160"/>
          </w:tcPr>
          <w:p>
            <w:r>
              <w:t>$[ ]</w:t>
            </w:r>
          </w:p>
        </w:tc>
        <w:tc>
          <w:tcPr>
            <w:tcW w:type="dxa" w:w="2160"/>
          </w:tcPr>
          <w:p>
            <w:r>
              <w:t>$[ ]</w:t>
            </w:r>
          </w:p>
        </w:tc>
        <w:tc>
          <w:tcPr>
            <w:tcW w:type="dxa" w:w="2160"/>
          </w:tcPr>
          <w:p>
            <w:r>
              <w:t>$[ ]</w:t>
            </w:r>
          </w:p>
        </w:tc>
        <w:tc>
          <w:tcPr>
            <w:tcW w:type="dxa" w:w="2160"/>
          </w:tcPr>
          <w:p>
            <w:r>
              <w:t>$[ ]</w:t>
            </w:r>
          </w:p>
        </w:tc>
      </w:tr>
    </w:tbl>
    <w:p>
      <w:pPr>
        <w:pStyle w:val="Heading2"/>
      </w:pPr>
      <w:r>
        <w:t>Schedule impact</w:t>
      </w:r>
    </w:p>
    <w:p>
      <w:r>
        <w:t>Contract time is [unchanged / extended by [ ] calendar days]. Revised completion: [date].</w:t>
      </w:r>
    </w:p>
    <w:p>
      <w:r>
        <w:t>This change order, once signed, modifies the contract for the work described above. All other terms remain unchanged.</w:t>
      </w:r>
    </w:p>
    <w:p>
      <w:r>
        <w:t>Approved by (owner / GC): ________________________________   Date: ____________</w:t>
      </w:r>
    </w:p>
    <w:p>
      <w:r>
        <w:t>Submitted by (contractor): ________________________________   Date: ____________</w:t>
      </w:r>
    </w:p>
    <w:p>
      <w:r>
        <w:rPr>
          <w:color w:val="5B6B73"/>
          <w:sz w:val="16"/>
        </w:rPr>
        <w:t>Template by RenderDraw (renderdraw.com). Bracketed text is placeholder content to replace.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